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תפקידי המילים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בחלקי הדיבר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קפץ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שם עצם מציין דבר, אדם או מקום, לא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התפקיד של שם תואר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המילה מתארת פעולה שנעשתה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המילה 'ירוק' היא שם תואר - היא מתארת 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פועל מתאר פעולה בזמנים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לדוגמה: עיר, בית ספר, פארק הם שמות עצם של מקומות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שם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(שם תואר)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 (שם עצם) המהיר (שם תואר) רץ (פועל) בפארק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יש לבדוק שהמילה אכן שם עצם ושהמשפט תקין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מבין ששם עצם מציין דבר ושם תואר מתאר אותו, עם דוגמאות מתאימות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שהתלמיד מזהה נכון כל חלק דיבר ונותן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מהמשפט 'איש זקן חיכה לאוטובוס' כדי לחבר לדף הבוחן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לסמן בצבעים שונים כל חלק דיבר במשפטים שכותבים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זיהוי של שלושה חלקי דיבר חשובים: שם עצם (מציין דבר, אדם או מקום), שם תואר (מתאר את שם העצם) ופועל (מציין פעולה).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במשפט 'איש זקן חיכה לאוטובוס' - מה המילה 'זקן'?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במשפט 'הילדה הקטנה רצה בפארק' - מה המילה 'רצה'?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במשפט 'הכלב הגדול נבח בחצר' - מה המילה 'כלב'?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מהמילים הבאות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מהמילים הבאות היא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במשפט 'הבית הלבן עומד על הגבעה' - מה המילה 'לבן'?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הוא מילה שמתארת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בא כדי לתאר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'כתב' היא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'ירוק' היא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יכול לספר לנו מה עושים או מה עשו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יכול להיות שם של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במשפט 'הילד __________ בכדור' המילה החסרה היא פועל, למשל: שיחק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במשפט 'השמלה __________ היתה יפה מאוד' המילה החסרה היא שם תואר, למשל: האדומה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'__________ הגדול ישב על הכיסא' המילה החסרה היא שם עצם, למשל: הדוד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'מהיר' שייכת לחלק הדיבר הנקרא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'ספר' שייכת לחלק הדיבר הנקרא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שיש בו שם עצם אחד, שם תואר אחד ופועל אחד. סמנו כל מילה בסוגה.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מילה אחת שהיא שם עצם וכתבו משפט קצר איתה.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שם עצם לבין שם תואר. תנו דוגמה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לשם עצם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-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