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תפקידי המילים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הדיבר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עצם מציין דבר, אדם או מקום, לא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 שם תואר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המילה מתארת פעולה שנעשתה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המילה 'ירוק' היא שם תואר - היא מתארת 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פועל מתאר פעולה בזמנים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לדוגמה: עיר, בית ספר, פארק הם שמות עצם של מקומות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(שם עצם) המהיר (שם תואר) רץ (פועל) בפארק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לבדוק שהמילה אכן שם עצם ושהמשפט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מבין ששם עצם מציין דבר ושם תואר מתאר אותו, עם דוגמאות מתאימות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 מזהה נכון כל חלק דיבר ונותן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מהמשפט 'איש זקן חיכה לאוטובוס' כדי לחבר לדף הבוחן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לסמן בצבעים שונים כל חלק דיבר במשפטים שכותבים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להכיר שלוש מילים חשובות בעברית: שם של דבר, מילה שמתארת דבר, ומילה שמספרת על 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בעל חיים, דבר או מקום - כמו ילד, כלב, 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 - כמו גדול, יפה, זקן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שעושים - כמו רץ, אוכל, חיכה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שמביעה רעיון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ולדעת מה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איך משהו נראה או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סוג המילה 'זקן'?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סוג המילה 'רצה'?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סוג המילה 'כלב'?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איך משהו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סוג המילה 'לבן'?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כדי לתאר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'כתב'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'ירוק'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יכול לספר לנו מה עושים או מה עשו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להיות שם של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'הילד __________ בכדור' המילה החסרה היא פועל, למשל: שיחק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'השמלה __________ היתה יפה מאוד' המילה החסרה היא שם תואר, למשל: האדומה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'__________ הגדול ישב על הכיסא' המילה החסרה היא שם עצם, למשל: הדוד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'מהיר' שייכת לחלק הדיבר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'ספר' שייכת לחלק הדיבר הנקרא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קרא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שיש בו שם עצם אחד, שם תואר אחד ופועל אחד. סמנו כל מילה בסוגה.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שהיא שם עצם וכתבו משפט קצר איתה.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שם עצם לבין שם תואר.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לשם עצם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