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חלקי דיבר - שם עצם, שם תואר ופועל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שם עצם, שם תואר ופועל במשפט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תפקידי המילים השונים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נכון בחלקי הדיבר בכתיבה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חלקי דיבר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שם תואר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שם עצם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שם עצם מציין דבר, אדם או מקום, לא פעולה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 בדיוק התפקיד של שם תואר במשפט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המילה מתארת פעולה שנעשתה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מילה 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שיחק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האדומה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הדוד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מילה לסוג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(פועל)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(שם עצם)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(שם תואר)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(פועל)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הילד (שם עצם) המהיר (שם תואר) רץ (פועל) בפארק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והרחבה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שהתלמיד מבין ששם עצם מציין דבר ושם תואר מתאר אותו, עם דוגמאות מתאימות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בודקים שהתלמיד מזהה נכון כל חלק דיבר ונותן דוגמה 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בדוגמה מהמשפט 'איש זקן חיכה לאוטובוס' כדי לחבר לדף הבוחן המקורי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לעודד תלמידים לסמן בצבעים שונים כל חלק דיבר במשפטים שכותבים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כקשים יותר ולהתמקד בזיהוי בסיסי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חלקי דיבר - שם עצם, שם תואר ופועל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נתרגל זיהוי של שלושה חלקי דיבר חשובים: שם עצם (מציין דבר, אדם או מקום), שם תואר (מתאר את שם העצם) ופועל (מציין פעולה).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האדומה  ·  שיחק  ·  הדוד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זיהוי חלקי דיבר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במשפט 'איש זקן חיכה לאוטובוס' - מה המילה 'זקן'?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שם תואר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שם 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במשפט 'הילדה הקטנה רצה בפארק' - מה המילה 'רצה'?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שם 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שם תואר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במשפט 'הכלב הגדול נבח בחצר' - מה המילה 'כלב'?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שם 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שם תואר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פועל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שם עצם הוא מילה שמתארת פעולה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שם תואר תמיד בא כדי לתאר שם עצם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המילה 'כתב' היא פועל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מילה 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במשפט 'הילד __________ בכדור' המילה החסרה היא פועל, למשל: שיחק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במשפט 'השמלה __________ היתה יפה מאוד' המילה החסרה היא שם תואר, למשל: האדומה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במשפט '__________ הגדול ישב על הכיסא' המילה החסרה היא שם עצם, למשל: הדוד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 בין מילה לסוג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רץ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פועל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עץ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שם תואר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גבוה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פועל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קרא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שם עצם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משפט שיש בו שם עצם אחד, שם תואר אחד ופועל אחד. סמנו כל מילה בסוגה.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חשיבה והרחבה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במילים שלכם מה ההבדל בין שם עצם לבין שם תואר. תנו דוגמה לכל אחד.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אחת לשם עצם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אחת לשם תואר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חלקי דיבר - שם עצם, שם תואר ופועל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